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Samenwerkingsovereenkomst &amp; Voorwaarden</w:t>
      </w:r>
    </w:p>
    <w:p>
      <w:pPr>
        <w:jc w:val="center"/>
      </w:pPr>
      <w:r>
        <w:rPr>
          <w:b/>
          <w:sz w:val="26"/>
        </w:rPr>
        <w:t>Atelier Lief ♡</w:t>
      </w:r>
    </w:p>
    <w:p>
      <w:r>
        <w:t>Betreft: Samenwerking met Atelier Lief</w:t>
      </w:r>
    </w:p>
    <w:p>
      <w:r>
        <w:t>Leuk dat je interesse hebt in een samenwerking met Atelier Lief! ♡ Om ervoor te zorgen dat voor beide partijen duidelijk is wat we van elkaar mogen verwachten, zijn hieronder de voorwaarden en afspraken rondom de samenwerking beschreven.</w:t>
      </w:r>
    </w:p>
    <w:p>
      <w:r>
        <w:rPr>
          <w:b/>
          <w:sz w:val="25"/>
        </w:rPr>
        <w:t>1. Doel van de samenwerking</w:t>
      </w:r>
    </w:p>
    <w:p>
      <w:pPr>
        <w:spacing w:after="80"/>
      </w:pPr>
      <w:r>
        <w:t>De samenwerking heeft als doel om Atelier Lief en haar producten op een leuke, authentieke en passende manier onder de aandacht te brengen. De samenwerkingspartner ontvangt hiervoor, afhankelijk van de gemaakte afspraken, één of meerdere producten van Atelier Lief.</w:t>
      </w:r>
    </w:p>
    <w:p>
      <w:r>
        <w:rPr>
          <w:b/>
          <w:sz w:val="25"/>
        </w:rPr>
        <w:t>2. Wat verwachten wij van jou?</w:t>
      </w:r>
    </w:p>
    <w:p>
      <w:pPr>
        <w:spacing w:after="80"/>
      </w:pPr>
      <w:r>
        <w:t>Bij een samenwerking met Atelier Lief verwachten wij dat je:</w:t>
      </w:r>
    </w:p>
    <w:p>
      <w:pPr>
        <w:spacing w:after="80"/>
      </w:pPr>
      <w:r>
        <w:t>• De verzendkosten van de producten zelf betaalt, omdat de aanvraag voor de samenwerking vanuit de samenwerkingspartner komt, tenzij vooraf schriftelijk anders is afgesproken.</w:t>
      </w:r>
    </w:p>
    <w:p>
      <w:pPr>
        <w:spacing w:after="80"/>
      </w:pPr>
      <w:r>
        <w:t>• De ontvangen producten op een nette en zorgvuldige manier behandelt.</w:t>
      </w:r>
    </w:p>
    <w:p>
      <w:pPr>
        <w:spacing w:after="80"/>
      </w:pPr>
      <w:r>
        <w:t>• Eerlijke en authentieke content maakt.</w:t>
      </w:r>
    </w:p>
    <w:p>
      <w:pPr>
        <w:spacing w:after="80"/>
      </w:pPr>
      <w:r>
        <w:t>• Atelier Lief correct vermeldt en tagt wanneer dit vooraf is afgesproken.</w:t>
      </w:r>
    </w:p>
    <w:p>
      <w:pPr>
        <w:spacing w:after="80"/>
      </w:pPr>
      <w:r>
        <w:t>• De gemaakte afspraken rondom het aantal posts, stories, video's of andere content nakomt.</w:t>
      </w:r>
    </w:p>
    <w:p>
      <w:pPr>
        <w:spacing w:after="80"/>
      </w:pPr>
      <w:r>
        <w:t>• Content binnen de afgesproken termijn plaatst.</w:t>
      </w:r>
    </w:p>
    <w:p>
      <w:pPr>
        <w:spacing w:after="80"/>
      </w:pPr>
      <w:r>
        <w:t>• Geen misleidende of negatieve informatie over het product verspreidt.</w:t>
      </w:r>
    </w:p>
    <w:p>
      <w:pPr>
        <w:spacing w:after="80"/>
      </w:pPr>
      <w:r>
        <w:t>• Atelier Lief vooraf informeert wanneer een afgesproken contentmoment niet haalbaar is.</w:t>
      </w:r>
    </w:p>
    <w:p>
      <w:r>
        <w:rPr>
          <w:b/>
          <w:sz w:val="25"/>
        </w:rPr>
        <w:t>3. Social media</w:t>
      </w:r>
    </w:p>
    <w:p>
      <w:pPr>
        <w:spacing w:after="80"/>
      </w:pPr>
      <w:r>
        <w:t>Wanneer dit onderdeel is van de samenwerking, wordt Atelier Lief duidelijk vermeld in de betreffende content.</w:t>
      </w:r>
    </w:p>
    <w:p>
      <w:pPr>
        <w:spacing w:after="80"/>
      </w:pPr>
    </w:p>
    <w:p>
      <w:pPr>
        <w:spacing w:after="80"/>
      </w:pPr>
      <w:r>
        <w:t>Bijvoorbeeld door:</w:t>
      </w:r>
    </w:p>
    <w:p>
      <w:pPr>
        <w:spacing w:after="80"/>
      </w:pPr>
      <w:r>
        <w:t>• @AtelierLief te taggen;</w:t>
      </w:r>
    </w:p>
    <w:p>
      <w:pPr>
        <w:spacing w:after="80"/>
      </w:pPr>
      <w:r>
        <w:t>• Atelier Lief te vermelden in de tekst;</w:t>
      </w:r>
    </w:p>
    <w:p>
      <w:pPr>
        <w:spacing w:after="80"/>
      </w:pPr>
      <w:r>
        <w:t>• Een afgesproken hashtag te gebruiken;</w:t>
      </w:r>
    </w:p>
    <w:p>
      <w:pPr>
        <w:spacing w:after="80"/>
      </w:pPr>
      <w:r>
        <w:t>• Het product duidelijk in beeld te brengen.</w:t>
      </w:r>
    </w:p>
    <w:p>
      <w:pPr>
        <w:spacing w:after="80"/>
      </w:pPr>
    </w:p>
    <w:p>
      <w:pPr>
        <w:spacing w:after="80"/>
      </w:pPr>
      <w:r>
        <w:t>De exacte afspraken worden vooraf met elkaar besproken.</w:t>
      </w:r>
    </w:p>
    <w:p>
      <w:r>
        <w:rPr>
          <w:b/>
          <w:sz w:val="25"/>
        </w:rPr>
        <w:t>4. Geheimhouding</w:t>
      </w:r>
    </w:p>
    <w:p>
      <w:pPr>
        <w:spacing w:after="80"/>
      </w:pPr>
      <w:r>
        <w:t>Nieuwe producten, collecties, verpakkingen, adventskalenders, sneak peeks en andere nog niet openbaar gemaakte informatie van Atelier Lief mogen niet zonder toestemming vooraf openbaar worden gemaakt.</w:t>
      </w:r>
    </w:p>
    <w:p>
      <w:pPr>
        <w:spacing w:after="80"/>
      </w:pPr>
    </w:p>
    <w:p>
      <w:pPr>
        <w:spacing w:after="80"/>
      </w:pPr>
      <w:r>
        <w:t>Wanneer Atelier Lief aangeeft dat iets geheim moet blijven tot een bepaalde datum of tijd, dient deze afspraak te worden gerespecteerd.</w:t>
      </w:r>
    </w:p>
    <w:p>
      <w:r>
        <w:rPr>
          <w:b/>
          <w:sz w:val="25"/>
        </w:rPr>
        <w:t>5. Foto's en video's</w:t>
      </w:r>
    </w:p>
    <w:p>
      <w:pPr>
        <w:spacing w:after="80"/>
      </w:pPr>
      <w:r>
        <w:t>De samenwerkingspartner maakt zelf content, tenzij anders afgesproken.</w:t>
      </w:r>
    </w:p>
    <w:p>
      <w:pPr>
        <w:spacing w:after="80"/>
      </w:pPr>
    </w:p>
    <w:p>
      <w:pPr>
        <w:spacing w:after="80"/>
      </w:pPr>
      <w:r>
        <w:t>Atelier Lief mag gedeelde foto's en video's eventueel gebruiken voor eigen socialmediakanalen en promotionele doeleinden, mits hierover vooraf duidelijkheid is gegeven.</w:t>
      </w:r>
    </w:p>
    <w:p>
      <w:pPr>
        <w:spacing w:after="80"/>
      </w:pPr>
    </w:p>
    <w:p>
      <w:pPr>
        <w:spacing w:after="80"/>
      </w:pPr>
      <w:r>
        <w:t>Wanneer Atelier Lief de content ook commercieel wil gebruiken, bijvoorbeeld voor advertenties of drukwerk, wordt hiervoor vooraf toestemming gevraagd.</w:t>
      </w:r>
    </w:p>
    <w:p>
      <w:r>
        <w:rPr>
          <w:b/>
          <w:sz w:val="25"/>
        </w:rPr>
        <w:t>6. Niet nakomen van afspraken</w:t>
      </w:r>
    </w:p>
    <w:p>
      <w:pPr>
        <w:spacing w:after="80"/>
      </w:pPr>
      <w:r>
        <w:t>Wanneer afspraken niet worden nagekomen, wordt eerst geprobeerd dit samen te bespreken en op te lossen.</w:t>
      </w:r>
    </w:p>
    <w:p>
      <w:pPr>
        <w:spacing w:after="80"/>
      </w:pPr>
    </w:p>
    <w:p>
      <w:pPr>
        <w:spacing w:after="80"/>
      </w:pPr>
      <w:r>
        <w:t>Wanneer de samenwerkingspartner zonder overleg structureel afspraken niet nakomt, kan Atelier Lief besluiten de samenwerking te beëindigen.</w:t>
      </w:r>
    </w:p>
    <w:p>
      <w:pPr>
        <w:spacing w:after="80"/>
      </w:pPr>
    </w:p>
    <w:p>
      <w:pPr>
        <w:spacing w:after="80"/>
      </w:pPr>
      <w:r>
        <w:t>Bijvoorbeeld wanneer:</w:t>
      </w:r>
    </w:p>
    <w:p>
      <w:pPr>
        <w:spacing w:after="80"/>
      </w:pPr>
      <w:r>
        <w:t>• Afgesproken content niet wordt geplaatst;</w:t>
      </w:r>
    </w:p>
    <w:p>
      <w:pPr>
        <w:spacing w:after="80"/>
      </w:pPr>
      <w:r>
        <w:t>• Atelier Lief bewust niet wordt vermeld terwijl dit wel is afgesproken;</w:t>
      </w:r>
    </w:p>
    <w:p>
      <w:pPr>
        <w:spacing w:after="80"/>
      </w:pPr>
      <w:r>
        <w:t>• Geheime informatie of producten voortijdig openbaar worden gemaakt;</w:t>
      </w:r>
    </w:p>
    <w:p>
      <w:pPr>
        <w:spacing w:after="80"/>
      </w:pPr>
      <w:r>
        <w:t>• Producten op een manier worden gebruikt die niet binnen de gemaakte afspraken past;</w:t>
      </w:r>
    </w:p>
    <w:p>
      <w:pPr>
        <w:spacing w:after="80"/>
      </w:pPr>
      <w:r>
        <w:t>• De samenwerkingspartner herhaaldelijk niet reageert op contact rondom de samenwerking.</w:t>
      </w:r>
    </w:p>
    <w:p>
      <w:pPr>
        <w:spacing w:after="80"/>
      </w:pPr>
    </w:p>
    <w:p>
      <w:pPr>
        <w:spacing w:after="80"/>
      </w:pPr>
      <w:r>
        <w:t>Wanneer de samenwerkingspartner de gemaakte afspraken of afgesproken tegenprestatie niet nakomt, behoudt Atelier Lief zich het recht voor om de kosten van de toegestuurde items bij de samenwerkingspartner in rekening te brengen. Hierbij wordt uitgegaan van de vooraf afgesproken of gecommuniceerde waarde van de items.</w:t>
      </w:r>
    </w:p>
    <w:p>
      <w:r>
        <w:rPr>
          <w:b/>
          <w:sz w:val="25"/>
        </w:rPr>
        <w:t>7. Annuleren van de samenwerking</w:t>
      </w:r>
    </w:p>
    <w:p>
      <w:pPr>
        <w:spacing w:after="80"/>
      </w:pPr>
      <w:r>
        <w:t>Beide partijen kunnen de samenwerking beëindigen wanneer daar een gegronde reden voor is.</w:t>
      </w:r>
    </w:p>
    <w:p>
      <w:pPr>
        <w:spacing w:after="80"/>
      </w:pPr>
    </w:p>
    <w:p>
      <w:pPr>
        <w:spacing w:after="80"/>
      </w:pPr>
      <w:r>
        <w:t>Wanneer de samenwerking al is gestart, worden lopende afspraken zo goed mogelijk afgerond, tenzij beide partijen anders overeenkomen.</w:t>
      </w:r>
    </w:p>
    <w:p>
      <w:r>
        <w:rPr>
          <w:b/>
          <w:sz w:val="25"/>
        </w:rPr>
        <w:t>8. Communicatie</w:t>
      </w:r>
    </w:p>
    <w:p>
      <w:pPr>
        <w:spacing w:after="80"/>
      </w:pPr>
      <w:r>
        <w:t>Goede communicatie vinden wij belangrijk. Wanneer iets niet lukt, vragen wij om dit zo snel mogelijk aan Atelier Lief te laten weten.</w:t>
      </w:r>
    </w:p>
    <w:p>
      <w:pPr>
        <w:spacing w:after="80"/>
      </w:pPr>
    </w:p>
    <w:p>
      <w:pPr>
        <w:spacing w:after="80"/>
      </w:pPr>
      <w:r>
        <w:t>Een samenwerking hoeft niet perfect te verlopen; eerlijk en tijdig communiceren staat voorop. ♡</w:t>
      </w:r>
    </w:p>
    <w:p>
      <w:r>
        <w:rPr>
          <w:b/>
          <w:sz w:val="25"/>
        </w:rPr>
        <w:t>9. Akkoord</w:t>
      </w:r>
    </w:p>
    <w:p>
      <w:pPr>
        <w:spacing w:after="80"/>
      </w:pPr>
      <w:r>
        <w:t>Door akkoord te gaan met deze voorwaarden bevestigt de samenwerkingspartner dat de afspraken duidelijk zijn en dat deze zullen worden nageleefd.</w:t>
      </w:r>
    </w:p>
    <w:p/>
    <w:p>
      <w:r>
        <w:rPr>
          <w:b/>
          <w:sz w:val="25"/>
        </w:rPr>
        <w:t>Gegevens samenwerkingspartner</w:t>
      </w:r>
    </w:p>
    <w:p>
      <w:pPr>
        <w:spacing w:after="160"/>
      </w:pPr>
      <w:r>
        <w:t>Naam samenwerkingspartner:</w:t>
        <w:br/>
        <w:t>____________________________________________</w:t>
      </w:r>
    </w:p>
    <w:p>
      <w:pPr>
        <w:spacing w:after="160"/>
      </w:pPr>
      <w:r>
        <w:t>Instagram/TikTok:</w:t>
        <w:br/>
        <w:t>____________________________________________</w:t>
      </w:r>
    </w:p>
    <w:p>
      <w:pPr>
        <w:spacing w:after="160"/>
      </w:pPr>
      <w:r>
        <w:t>Datum:</w:t>
        <w:br/>
        <w:t>____________________________________________</w:t>
      </w:r>
    </w:p>
    <w:p>
      <w:pPr>
        <w:spacing w:after="160"/>
      </w:pPr>
      <w:r>
        <w:t>Handtekening samenwerkingspartner:</w:t>
        <w:br/>
        <w:t>____________________________________________</w:t>
      </w:r>
    </w:p>
    <w:p>
      <w:pPr>
        <w:jc w:val="center"/>
      </w:pPr>
      <w:r>
        <w:rPr>
          <w:b/>
          <w:sz w:val="24"/>
        </w:rPr>
        <w:t>Atelier Lief ♡</w:t>
        <w:br/>
        <w:t>Samen creëren, delen en groeien.</w:t>
      </w:r>
    </w:p>
    <w:sectPr w:rsidR="00FC693F" w:rsidRPr="0006063C" w:rsidSect="00034616">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